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9CA" w:rsidRPr="00A84D8E" w:rsidRDefault="00FB29CA" w:rsidP="00A84D8E">
      <w:pPr>
        <w:pStyle w:val="a9"/>
        <w:rPr>
          <w:rFonts w:asciiTheme="majorEastAsia" w:eastAsiaTheme="majorEastAsia" w:hAnsiTheme="majorEastAsia"/>
          <w:b/>
          <w:sz w:val="28"/>
          <w:lang w:eastAsia="ja-JP"/>
        </w:rPr>
      </w:pPr>
      <w:r w:rsidRPr="00A84D8E">
        <w:rPr>
          <w:rFonts w:asciiTheme="majorEastAsia" w:eastAsiaTheme="majorEastAsia" w:hAnsiTheme="majorEastAsia" w:hint="eastAsia"/>
          <w:b/>
          <w:sz w:val="28"/>
          <w:lang w:eastAsia="ja-JP"/>
        </w:rPr>
        <w:t>太陽生命クアオルト®健康ウオーキングアワード</w:t>
      </w:r>
      <w:r w:rsidR="008D4EED">
        <w:rPr>
          <w:rFonts w:asciiTheme="majorEastAsia" w:eastAsiaTheme="majorEastAsia" w:hAnsiTheme="majorEastAsia" w:hint="eastAsia"/>
          <w:b/>
          <w:sz w:val="28"/>
          <w:lang w:eastAsia="ja-JP"/>
        </w:rPr>
        <w:t>2026</w:t>
      </w:r>
    </w:p>
    <w:p w:rsidR="00FB29CA" w:rsidRPr="00A84D8E" w:rsidRDefault="00FB29CA" w:rsidP="00A84D8E">
      <w:pPr>
        <w:pStyle w:val="a9"/>
        <w:rPr>
          <w:rFonts w:asciiTheme="majorEastAsia" w:eastAsiaTheme="majorEastAsia" w:hAnsiTheme="majorEastAsia"/>
          <w:b/>
          <w:sz w:val="28"/>
          <w:lang w:eastAsia="ja-JP"/>
        </w:rPr>
      </w:pPr>
      <w:r w:rsidRPr="00A84D8E">
        <w:rPr>
          <w:rFonts w:asciiTheme="majorEastAsia" w:eastAsiaTheme="majorEastAsia" w:hAnsiTheme="majorEastAsia" w:hint="eastAsia"/>
          <w:b/>
          <w:sz w:val="28"/>
          <w:lang w:eastAsia="ja-JP"/>
        </w:rPr>
        <w:t>広域連携体制応募申込書</w:t>
      </w:r>
    </w:p>
    <w:p w:rsidR="00FB29CA" w:rsidRPr="00A84D8E" w:rsidRDefault="00FB29CA" w:rsidP="00A84D8E">
      <w:pPr>
        <w:pStyle w:val="a9"/>
        <w:rPr>
          <w:rFonts w:asciiTheme="majorEastAsia" w:eastAsiaTheme="majorEastAsia" w:hAnsiTheme="majorEastAsia"/>
          <w:lang w:eastAsia="ja-JP"/>
        </w:rPr>
      </w:pPr>
    </w:p>
    <w:p w:rsidR="00FB29CA" w:rsidRPr="00A84D8E" w:rsidRDefault="00FB29CA" w:rsidP="00A84D8E">
      <w:pPr>
        <w:pStyle w:val="a9"/>
        <w:rPr>
          <w:rFonts w:asciiTheme="majorEastAsia" w:eastAsiaTheme="majorEastAsia" w:hAnsiTheme="majorEastAsia"/>
          <w:lang w:eastAsia="ja-JP"/>
        </w:rPr>
      </w:pPr>
    </w:p>
    <w:p w:rsidR="00FB29CA" w:rsidRPr="00A84D8E" w:rsidRDefault="00FB29CA" w:rsidP="00A84D8E">
      <w:pPr>
        <w:pStyle w:val="a9"/>
        <w:rPr>
          <w:rFonts w:asciiTheme="majorEastAsia" w:eastAsiaTheme="majorEastAsia" w:hAnsiTheme="majorEastAsia"/>
          <w:b/>
          <w:lang w:eastAsia="ja-JP"/>
        </w:rPr>
      </w:pPr>
      <w:r w:rsidRPr="00A84D8E">
        <w:rPr>
          <w:rFonts w:asciiTheme="majorEastAsia" w:eastAsiaTheme="majorEastAsia" w:hAnsiTheme="majorEastAsia" w:hint="eastAsia"/>
          <w:b/>
          <w:lang w:eastAsia="ja-JP"/>
        </w:rPr>
        <w:t>１</w:t>
      </w:r>
      <w:r w:rsidRPr="00A84D8E">
        <w:rPr>
          <w:rFonts w:asciiTheme="majorEastAsia" w:eastAsiaTheme="majorEastAsia" w:hAnsiTheme="majorEastAsia"/>
          <w:b/>
          <w:lang w:eastAsia="ja-JP"/>
        </w:rPr>
        <w:t>. 連携自治体一覧</w:t>
      </w:r>
    </w:p>
    <w:p w:rsidR="00FB29CA" w:rsidRPr="00A84D8E" w:rsidRDefault="00FB29CA" w:rsidP="00A84D8E">
      <w:pPr>
        <w:pStyle w:val="a9"/>
        <w:rPr>
          <w:rFonts w:asciiTheme="majorEastAsia" w:eastAsiaTheme="majorEastAsia" w:hAnsiTheme="majorEastAsia"/>
          <w:lang w:eastAsia="ja-JP"/>
        </w:rPr>
      </w:pPr>
      <w:r w:rsidRPr="00A84D8E">
        <w:rPr>
          <w:rFonts w:asciiTheme="majorEastAsia" w:eastAsiaTheme="majorEastAsia" w:hAnsiTheme="majorEastAsia"/>
          <w:lang w:eastAsia="ja-JP"/>
        </w:rPr>
        <w:t>以下に、広域連携に参加する自治体の情報を記入してください。</w:t>
      </w:r>
    </w:p>
    <w:p w:rsidR="00A84D8E" w:rsidRPr="00A84D8E" w:rsidRDefault="00A84D8E" w:rsidP="00A84D8E">
      <w:pPr>
        <w:pStyle w:val="a9"/>
        <w:rPr>
          <w:rFonts w:asciiTheme="majorEastAsia" w:eastAsiaTheme="majorEastAsia" w:hAnsiTheme="majorEastAsia"/>
          <w:lang w:eastAsia="ja-JP"/>
        </w:rPr>
      </w:pPr>
      <w:r w:rsidRPr="00A84D8E">
        <w:rPr>
          <w:rFonts w:asciiTheme="majorEastAsia" w:eastAsiaTheme="majorEastAsia" w:hAnsiTheme="majorEastAsia" w:hint="eastAsia"/>
          <w:lang w:eastAsia="ja-JP"/>
        </w:rPr>
        <w:t>※記入欄が不足する場合は入力欄を増やしてください。</w:t>
      </w:r>
    </w:p>
    <w:p w:rsidR="00A84D8E" w:rsidRPr="00A84D8E" w:rsidRDefault="00A84D8E" w:rsidP="00A84D8E">
      <w:pPr>
        <w:pStyle w:val="a9"/>
        <w:rPr>
          <w:rFonts w:asciiTheme="majorEastAsia" w:eastAsiaTheme="majorEastAsia" w:hAnsiTheme="majorEastAsia"/>
          <w:lang w:eastAsia="ja-JP"/>
        </w:rPr>
      </w:pPr>
    </w:p>
    <w:tbl>
      <w:tblPr>
        <w:tblStyle w:val="afe"/>
        <w:tblW w:w="0" w:type="auto"/>
        <w:tblLook w:val="04A0"/>
      </w:tblPr>
      <w:tblGrid>
        <w:gridCol w:w="1772"/>
        <w:gridCol w:w="1771"/>
        <w:gridCol w:w="1771"/>
        <w:gridCol w:w="1771"/>
        <w:gridCol w:w="1771"/>
      </w:tblGrid>
      <w:tr w:rsidR="00A84D8E" w:rsidRPr="00A84D8E" w:rsidTr="00F16672">
        <w:tc>
          <w:tcPr>
            <w:tcW w:w="2000" w:type="dxa"/>
          </w:tcPr>
          <w:p w:rsidR="00FB29CA" w:rsidRPr="00A84D8E" w:rsidRDefault="00FB29CA" w:rsidP="00A84D8E">
            <w:pPr>
              <w:pStyle w:val="a9"/>
              <w:rPr>
                <w:rFonts w:asciiTheme="majorEastAsia" w:eastAsiaTheme="majorEastAsia" w:hAnsiTheme="majorEastAsia"/>
              </w:rPr>
            </w:pPr>
            <w:r w:rsidRPr="00A84D8E">
              <w:rPr>
                <w:rFonts w:asciiTheme="majorEastAsia" w:eastAsiaTheme="majorEastAsia" w:hAnsiTheme="majorEastAsia"/>
              </w:rPr>
              <w:t>自治体名</w:t>
            </w:r>
          </w:p>
        </w:tc>
        <w:tc>
          <w:tcPr>
            <w:tcW w:w="2000" w:type="dxa"/>
          </w:tcPr>
          <w:p w:rsidR="00FB29CA" w:rsidRPr="00A84D8E" w:rsidRDefault="00FB29CA" w:rsidP="00A84D8E">
            <w:pPr>
              <w:pStyle w:val="a9"/>
              <w:rPr>
                <w:rFonts w:asciiTheme="majorEastAsia" w:eastAsiaTheme="majorEastAsia" w:hAnsiTheme="majorEastAsia"/>
              </w:rPr>
            </w:pPr>
            <w:r w:rsidRPr="00A84D8E">
              <w:rPr>
                <w:rFonts w:asciiTheme="majorEastAsia" w:eastAsiaTheme="majorEastAsia" w:hAnsiTheme="majorEastAsia"/>
              </w:rPr>
              <w:t>担当部署</w:t>
            </w:r>
          </w:p>
        </w:tc>
        <w:tc>
          <w:tcPr>
            <w:tcW w:w="2000" w:type="dxa"/>
          </w:tcPr>
          <w:p w:rsidR="00FB29CA" w:rsidRPr="00A84D8E" w:rsidRDefault="00FB29CA" w:rsidP="00A84D8E">
            <w:pPr>
              <w:pStyle w:val="a9"/>
              <w:rPr>
                <w:rFonts w:asciiTheme="majorEastAsia" w:eastAsiaTheme="majorEastAsia" w:hAnsiTheme="majorEastAsia"/>
              </w:rPr>
            </w:pPr>
            <w:r w:rsidRPr="00A84D8E">
              <w:rPr>
                <w:rFonts w:asciiTheme="majorEastAsia" w:eastAsiaTheme="majorEastAsia" w:hAnsiTheme="majorEastAsia"/>
              </w:rPr>
              <w:t>担当者氏名</w:t>
            </w:r>
          </w:p>
        </w:tc>
        <w:tc>
          <w:tcPr>
            <w:tcW w:w="2000" w:type="dxa"/>
          </w:tcPr>
          <w:p w:rsidR="00FB29CA" w:rsidRPr="00A84D8E" w:rsidRDefault="00FB29CA" w:rsidP="00A84D8E">
            <w:pPr>
              <w:pStyle w:val="a9"/>
              <w:rPr>
                <w:rFonts w:asciiTheme="majorEastAsia" w:eastAsiaTheme="majorEastAsia" w:hAnsiTheme="majorEastAsia"/>
              </w:rPr>
            </w:pPr>
            <w:r w:rsidRPr="00A84D8E">
              <w:rPr>
                <w:rFonts w:asciiTheme="majorEastAsia" w:eastAsiaTheme="majorEastAsia" w:hAnsiTheme="majorEastAsia"/>
              </w:rPr>
              <w:t>電話番号</w:t>
            </w:r>
          </w:p>
        </w:tc>
        <w:tc>
          <w:tcPr>
            <w:tcW w:w="2000" w:type="dxa"/>
          </w:tcPr>
          <w:p w:rsidR="00FB29CA" w:rsidRPr="00A84D8E" w:rsidRDefault="00FB29CA" w:rsidP="00A84D8E">
            <w:pPr>
              <w:pStyle w:val="a9"/>
              <w:rPr>
                <w:rFonts w:asciiTheme="majorEastAsia" w:eastAsiaTheme="majorEastAsia" w:hAnsiTheme="majorEastAsia"/>
              </w:rPr>
            </w:pPr>
            <w:r w:rsidRPr="00A84D8E">
              <w:rPr>
                <w:rFonts w:asciiTheme="majorEastAsia" w:eastAsiaTheme="majorEastAsia" w:hAnsiTheme="majorEastAsia"/>
              </w:rPr>
              <w:t>メールアドレス</w:t>
            </w:r>
          </w:p>
        </w:tc>
      </w:tr>
      <w:tr w:rsidR="00A84D8E" w:rsidRPr="00A84D8E" w:rsidTr="00F16672">
        <w:tc>
          <w:tcPr>
            <w:tcW w:w="2000" w:type="dxa"/>
          </w:tcPr>
          <w:p w:rsidR="00FB29CA" w:rsidRPr="00A84D8E" w:rsidRDefault="00FB29CA" w:rsidP="00A84D8E">
            <w:pPr>
              <w:pStyle w:val="a9"/>
              <w:rPr>
                <w:rFonts w:asciiTheme="majorEastAsia" w:eastAsiaTheme="majorEastAsia" w:hAnsiTheme="majorEastAsia"/>
              </w:rPr>
            </w:pPr>
          </w:p>
        </w:tc>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r>
      <w:tr w:rsidR="00A84D8E" w:rsidRPr="00A84D8E" w:rsidTr="00F16672">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r>
      <w:tr w:rsidR="00A84D8E" w:rsidRPr="00A84D8E" w:rsidTr="00F16672">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c>
          <w:tcPr>
            <w:tcW w:w="2000" w:type="dxa"/>
          </w:tcPr>
          <w:p w:rsidR="00FB29CA" w:rsidRPr="00A84D8E" w:rsidRDefault="00FB29CA" w:rsidP="00A84D8E">
            <w:pPr>
              <w:pStyle w:val="a9"/>
              <w:rPr>
                <w:rFonts w:asciiTheme="majorEastAsia" w:eastAsiaTheme="majorEastAsia" w:hAnsiTheme="majorEastAsia"/>
                <w:lang w:eastAsia="ja-JP"/>
              </w:rPr>
            </w:pPr>
          </w:p>
        </w:tc>
      </w:tr>
    </w:tbl>
    <w:p w:rsidR="00FB29CA" w:rsidRPr="00A84D8E" w:rsidRDefault="00FB29CA" w:rsidP="00A84D8E">
      <w:pPr>
        <w:pStyle w:val="a9"/>
        <w:rPr>
          <w:rFonts w:asciiTheme="majorEastAsia" w:eastAsiaTheme="majorEastAsia" w:hAnsiTheme="majorEastAsia"/>
          <w:lang w:eastAsia="ja-JP"/>
        </w:rPr>
      </w:pPr>
      <w:r w:rsidRPr="00A84D8E">
        <w:rPr>
          <w:rFonts w:asciiTheme="majorEastAsia" w:eastAsiaTheme="majorEastAsia" w:hAnsiTheme="majorEastAsia"/>
          <w:lang w:eastAsia="ja-JP"/>
        </w:rPr>
        <w:br/>
      </w:r>
    </w:p>
    <w:p w:rsidR="00FB29CA" w:rsidRPr="00A84D8E" w:rsidRDefault="00A84D8E" w:rsidP="00A84D8E">
      <w:pPr>
        <w:pStyle w:val="a9"/>
        <w:rPr>
          <w:rFonts w:asciiTheme="majorEastAsia" w:eastAsiaTheme="majorEastAsia" w:hAnsiTheme="majorEastAsia"/>
          <w:b/>
          <w:lang w:eastAsia="ja-JP"/>
        </w:rPr>
      </w:pPr>
      <w:r w:rsidRPr="00A84D8E">
        <w:rPr>
          <w:rFonts w:asciiTheme="majorEastAsia" w:eastAsiaTheme="majorEastAsia" w:hAnsiTheme="majorEastAsia" w:hint="eastAsia"/>
          <w:b/>
          <w:lang w:eastAsia="ja-JP"/>
        </w:rPr>
        <w:t>２</w:t>
      </w:r>
      <w:r w:rsidR="00FB29CA" w:rsidRPr="00A84D8E">
        <w:rPr>
          <w:rFonts w:asciiTheme="majorEastAsia" w:eastAsiaTheme="majorEastAsia" w:hAnsiTheme="majorEastAsia"/>
          <w:b/>
          <w:lang w:eastAsia="ja-JP"/>
        </w:rPr>
        <w:t>. 連絡代表者情報</w:t>
      </w:r>
    </w:p>
    <w:p w:rsidR="00FB29CA" w:rsidRPr="00A84D8E" w:rsidRDefault="00FB29CA" w:rsidP="00A84D8E">
      <w:pPr>
        <w:pStyle w:val="a9"/>
        <w:rPr>
          <w:rFonts w:asciiTheme="majorEastAsia" w:eastAsiaTheme="majorEastAsia" w:hAnsiTheme="majorEastAsia"/>
          <w:lang w:eastAsia="ja-JP"/>
        </w:rPr>
      </w:pPr>
      <w:r w:rsidRPr="00A84D8E">
        <w:rPr>
          <w:rFonts w:asciiTheme="majorEastAsia" w:eastAsiaTheme="majorEastAsia" w:hAnsiTheme="majorEastAsia"/>
          <w:lang w:eastAsia="ja-JP"/>
        </w:rPr>
        <w:t>本応募に関する代表窓口となる自治体および担当者の情報を以下に記載してください。</w:t>
      </w:r>
    </w:p>
    <w:p w:rsidR="00A84D8E" w:rsidRPr="00A84D8E" w:rsidRDefault="00A84D8E" w:rsidP="00A84D8E">
      <w:pPr>
        <w:pStyle w:val="a9"/>
        <w:rPr>
          <w:rFonts w:asciiTheme="majorEastAsia" w:eastAsiaTheme="majorEastAsia" w:hAnsiTheme="majorEastAsia"/>
          <w:lang w:eastAsia="ja-JP"/>
        </w:rPr>
      </w:pPr>
    </w:p>
    <w:tbl>
      <w:tblPr>
        <w:tblStyle w:val="afe"/>
        <w:tblW w:w="0" w:type="auto"/>
        <w:tblLook w:val="04A0"/>
      </w:tblPr>
      <w:tblGrid>
        <w:gridCol w:w="1772"/>
        <w:gridCol w:w="1771"/>
        <w:gridCol w:w="1771"/>
        <w:gridCol w:w="1771"/>
        <w:gridCol w:w="1771"/>
      </w:tblGrid>
      <w:tr w:rsidR="00FB29CA" w:rsidRPr="00A84D8E" w:rsidTr="00F16672">
        <w:tc>
          <w:tcPr>
            <w:tcW w:w="2000" w:type="dxa"/>
          </w:tcPr>
          <w:p w:rsidR="00FB29CA" w:rsidRPr="00A84D8E" w:rsidRDefault="00FB29CA" w:rsidP="00A84D8E">
            <w:pPr>
              <w:pStyle w:val="a9"/>
              <w:rPr>
                <w:rFonts w:asciiTheme="majorEastAsia" w:eastAsiaTheme="majorEastAsia" w:hAnsiTheme="majorEastAsia"/>
              </w:rPr>
            </w:pPr>
            <w:r w:rsidRPr="00A84D8E">
              <w:rPr>
                <w:rFonts w:asciiTheme="majorEastAsia" w:eastAsiaTheme="majorEastAsia" w:hAnsiTheme="majorEastAsia"/>
              </w:rPr>
              <w:t>代表自治体名</w:t>
            </w:r>
          </w:p>
        </w:tc>
        <w:tc>
          <w:tcPr>
            <w:tcW w:w="2000" w:type="dxa"/>
          </w:tcPr>
          <w:p w:rsidR="00FB29CA" w:rsidRPr="00A84D8E" w:rsidRDefault="00FB29CA" w:rsidP="00A84D8E">
            <w:pPr>
              <w:pStyle w:val="a9"/>
              <w:rPr>
                <w:rFonts w:asciiTheme="majorEastAsia" w:eastAsiaTheme="majorEastAsia" w:hAnsiTheme="majorEastAsia"/>
              </w:rPr>
            </w:pPr>
            <w:r w:rsidRPr="00A84D8E">
              <w:rPr>
                <w:rFonts w:asciiTheme="majorEastAsia" w:eastAsiaTheme="majorEastAsia" w:hAnsiTheme="majorEastAsia"/>
              </w:rPr>
              <w:t>担当部署</w:t>
            </w:r>
          </w:p>
        </w:tc>
        <w:tc>
          <w:tcPr>
            <w:tcW w:w="2000" w:type="dxa"/>
          </w:tcPr>
          <w:p w:rsidR="00FB29CA" w:rsidRPr="00A84D8E" w:rsidRDefault="00FB29CA" w:rsidP="00A84D8E">
            <w:pPr>
              <w:pStyle w:val="a9"/>
              <w:rPr>
                <w:rFonts w:asciiTheme="majorEastAsia" w:eastAsiaTheme="majorEastAsia" w:hAnsiTheme="majorEastAsia"/>
              </w:rPr>
            </w:pPr>
            <w:r w:rsidRPr="00A84D8E">
              <w:rPr>
                <w:rFonts w:asciiTheme="majorEastAsia" w:eastAsiaTheme="majorEastAsia" w:hAnsiTheme="majorEastAsia"/>
              </w:rPr>
              <w:t>担当者氏名</w:t>
            </w:r>
          </w:p>
        </w:tc>
        <w:tc>
          <w:tcPr>
            <w:tcW w:w="2000" w:type="dxa"/>
          </w:tcPr>
          <w:p w:rsidR="00FB29CA" w:rsidRPr="00A84D8E" w:rsidRDefault="00FB29CA" w:rsidP="00A84D8E">
            <w:pPr>
              <w:pStyle w:val="a9"/>
              <w:rPr>
                <w:rFonts w:asciiTheme="majorEastAsia" w:eastAsiaTheme="majorEastAsia" w:hAnsiTheme="majorEastAsia"/>
              </w:rPr>
            </w:pPr>
            <w:r w:rsidRPr="00A84D8E">
              <w:rPr>
                <w:rFonts w:asciiTheme="majorEastAsia" w:eastAsiaTheme="majorEastAsia" w:hAnsiTheme="majorEastAsia"/>
              </w:rPr>
              <w:t>電話番号</w:t>
            </w:r>
          </w:p>
        </w:tc>
        <w:tc>
          <w:tcPr>
            <w:tcW w:w="2000" w:type="dxa"/>
          </w:tcPr>
          <w:p w:rsidR="00FB29CA" w:rsidRPr="00A84D8E" w:rsidRDefault="00FB29CA" w:rsidP="00A84D8E">
            <w:pPr>
              <w:pStyle w:val="a9"/>
              <w:rPr>
                <w:rFonts w:asciiTheme="majorEastAsia" w:eastAsiaTheme="majorEastAsia" w:hAnsiTheme="majorEastAsia"/>
              </w:rPr>
            </w:pPr>
            <w:r w:rsidRPr="00A84D8E">
              <w:rPr>
                <w:rFonts w:asciiTheme="majorEastAsia" w:eastAsiaTheme="majorEastAsia" w:hAnsiTheme="majorEastAsia"/>
              </w:rPr>
              <w:t>メールアドレス</w:t>
            </w:r>
          </w:p>
        </w:tc>
      </w:tr>
      <w:tr w:rsidR="00FB29CA" w:rsidRPr="00A84D8E" w:rsidTr="00F16672">
        <w:tc>
          <w:tcPr>
            <w:tcW w:w="2000" w:type="dxa"/>
          </w:tcPr>
          <w:p w:rsidR="00FB29CA" w:rsidRPr="00A84D8E" w:rsidRDefault="00FB29CA" w:rsidP="00A84D8E">
            <w:pPr>
              <w:pStyle w:val="a9"/>
              <w:rPr>
                <w:rFonts w:asciiTheme="majorEastAsia" w:eastAsiaTheme="majorEastAsia" w:hAnsiTheme="majorEastAsia"/>
              </w:rPr>
            </w:pPr>
          </w:p>
        </w:tc>
        <w:tc>
          <w:tcPr>
            <w:tcW w:w="2000" w:type="dxa"/>
          </w:tcPr>
          <w:p w:rsidR="00FB29CA" w:rsidRPr="00A84D8E" w:rsidRDefault="00FB29CA" w:rsidP="00A84D8E">
            <w:pPr>
              <w:pStyle w:val="a9"/>
              <w:rPr>
                <w:rFonts w:asciiTheme="majorEastAsia" w:eastAsiaTheme="majorEastAsia" w:hAnsiTheme="majorEastAsia"/>
              </w:rPr>
            </w:pPr>
          </w:p>
        </w:tc>
        <w:tc>
          <w:tcPr>
            <w:tcW w:w="2000" w:type="dxa"/>
          </w:tcPr>
          <w:p w:rsidR="00FB29CA" w:rsidRPr="00A84D8E" w:rsidRDefault="00FB29CA" w:rsidP="00A84D8E">
            <w:pPr>
              <w:pStyle w:val="a9"/>
              <w:rPr>
                <w:rFonts w:asciiTheme="majorEastAsia" w:eastAsiaTheme="majorEastAsia" w:hAnsiTheme="majorEastAsia"/>
              </w:rPr>
            </w:pPr>
          </w:p>
        </w:tc>
        <w:tc>
          <w:tcPr>
            <w:tcW w:w="2000" w:type="dxa"/>
          </w:tcPr>
          <w:p w:rsidR="00FB29CA" w:rsidRPr="00A84D8E" w:rsidRDefault="00FB29CA" w:rsidP="00A84D8E">
            <w:pPr>
              <w:pStyle w:val="a9"/>
              <w:rPr>
                <w:rFonts w:asciiTheme="majorEastAsia" w:eastAsiaTheme="majorEastAsia" w:hAnsiTheme="majorEastAsia"/>
              </w:rPr>
            </w:pPr>
          </w:p>
        </w:tc>
        <w:tc>
          <w:tcPr>
            <w:tcW w:w="2000" w:type="dxa"/>
          </w:tcPr>
          <w:p w:rsidR="00FB29CA" w:rsidRPr="00A84D8E" w:rsidRDefault="00FB29CA" w:rsidP="00A84D8E">
            <w:pPr>
              <w:pStyle w:val="a9"/>
              <w:rPr>
                <w:rFonts w:asciiTheme="majorEastAsia" w:eastAsiaTheme="majorEastAsia" w:hAnsiTheme="majorEastAsia"/>
              </w:rPr>
            </w:pPr>
          </w:p>
        </w:tc>
      </w:tr>
    </w:tbl>
    <w:p w:rsidR="00FB29CA" w:rsidRPr="00A84D8E" w:rsidRDefault="00FB29CA" w:rsidP="00A84D8E">
      <w:pPr>
        <w:pStyle w:val="a9"/>
        <w:rPr>
          <w:rFonts w:asciiTheme="majorEastAsia" w:eastAsiaTheme="majorEastAsia" w:hAnsiTheme="majorEastAsia"/>
        </w:rPr>
      </w:pPr>
    </w:p>
    <w:p w:rsidR="00FB29CA" w:rsidRPr="00A84D8E" w:rsidRDefault="00FB29CA" w:rsidP="00A84D8E">
      <w:pPr>
        <w:pStyle w:val="a9"/>
        <w:rPr>
          <w:rFonts w:asciiTheme="majorEastAsia" w:eastAsiaTheme="majorEastAsia" w:hAnsiTheme="majorEastAsia"/>
          <w:lang w:eastAsia="ja-JP"/>
        </w:rPr>
      </w:pPr>
    </w:p>
    <w:p w:rsidR="003C3B6F" w:rsidRPr="00A84D8E" w:rsidRDefault="00A84D8E" w:rsidP="00A84D8E">
      <w:pPr>
        <w:pStyle w:val="a9"/>
        <w:rPr>
          <w:rFonts w:asciiTheme="majorEastAsia" w:eastAsiaTheme="majorEastAsia" w:hAnsiTheme="majorEastAsia"/>
          <w:b/>
          <w:lang w:eastAsia="ja-JP"/>
        </w:rPr>
      </w:pPr>
      <w:r w:rsidRPr="00A84D8E">
        <w:rPr>
          <w:rFonts w:asciiTheme="majorEastAsia" w:eastAsiaTheme="majorEastAsia" w:hAnsiTheme="majorEastAsia" w:hint="eastAsia"/>
          <w:b/>
          <w:lang w:eastAsia="ja-JP"/>
        </w:rPr>
        <w:t>３</w:t>
      </w:r>
      <w:r w:rsidR="00F5124F" w:rsidRPr="00A84D8E">
        <w:rPr>
          <w:rFonts w:asciiTheme="majorEastAsia" w:eastAsiaTheme="majorEastAsia" w:hAnsiTheme="majorEastAsia"/>
          <w:b/>
          <w:lang w:eastAsia="ja-JP"/>
        </w:rPr>
        <w:t>. 広域連携体制の概要</w:t>
      </w:r>
    </w:p>
    <w:p w:rsidR="00A84D8E" w:rsidRDefault="00A84D8E" w:rsidP="00E66A8E">
      <w:pPr>
        <w:pStyle w:val="a9"/>
        <w:rPr>
          <w:rFonts w:asciiTheme="majorEastAsia" w:eastAsiaTheme="majorEastAsia" w:hAnsiTheme="majorEastAsia"/>
          <w:lang w:eastAsia="ja-JP"/>
        </w:rPr>
      </w:pPr>
      <w:r w:rsidRPr="00A84D8E">
        <w:rPr>
          <w:rFonts w:asciiTheme="majorEastAsia" w:eastAsiaTheme="majorEastAsia" w:hAnsiTheme="majorEastAsia"/>
          <w:lang w:eastAsia="ja-JP"/>
        </w:rPr>
        <w:t>本事業における広域連携体制の概要を以下に記載してください。</w:t>
      </w:r>
    </w:p>
    <w:p w:rsidR="00E66A8E" w:rsidRPr="00E66A8E" w:rsidRDefault="00E66A8E" w:rsidP="00E66A8E">
      <w:pPr>
        <w:pStyle w:val="a9"/>
        <w:rPr>
          <w:rFonts w:asciiTheme="majorEastAsia" w:eastAsiaTheme="majorEastAsia" w:hAnsiTheme="majorEastAsia"/>
          <w:lang w:eastAsia="ja-JP"/>
        </w:rPr>
      </w:pPr>
    </w:p>
    <w:p w:rsidR="00A84D8E" w:rsidRPr="00A84D8E" w:rsidRDefault="00A84D8E" w:rsidP="00A84D8E">
      <w:pPr>
        <w:rPr>
          <w:rFonts w:asciiTheme="majorEastAsia" w:eastAsiaTheme="majorEastAsia" w:hAnsiTheme="majorEastAsia"/>
          <w:lang w:eastAsia="ja-JP"/>
        </w:rPr>
      </w:pPr>
      <w:r w:rsidRPr="00A84D8E">
        <w:rPr>
          <w:rFonts w:asciiTheme="majorEastAsia" w:eastAsiaTheme="majorEastAsia" w:hAnsiTheme="majorEastAsia"/>
          <w:lang w:eastAsia="ja-JP"/>
        </w:rPr>
        <w:t>・どのような経緯で連携に至ったか</w:t>
      </w:r>
    </w:p>
    <w:p w:rsidR="00A84D8E" w:rsidRPr="00A84D8E" w:rsidRDefault="00A84D8E" w:rsidP="00A84D8E">
      <w:pPr>
        <w:rPr>
          <w:rFonts w:asciiTheme="majorEastAsia" w:eastAsiaTheme="majorEastAsia" w:hAnsiTheme="majorEastAsia"/>
          <w:lang w:eastAsia="ja-JP"/>
        </w:rPr>
      </w:pPr>
    </w:p>
    <w:p w:rsidR="00A84D8E" w:rsidRPr="00A84D8E" w:rsidRDefault="00A84D8E" w:rsidP="00A84D8E">
      <w:pPr>
        <w:rPr>
          <w:rFonts w:asciiTheme="majorEastAsia" w:eastAsiaTheme="majorEastAsia" w:hAnsiTheme="majorEastAsia"/>
          <w:lang w:eastAsia="ja-JP"/>
        </w:rPr>
      </w:pPr>
      <w:r w:rsidRPr="00A84D8E">
        <w:rPr>
          <w:rFonts w:asciiTheme="majorEastAsia" w:eastAsiaTheme="majorEastAsia" w:hAnsiTheme="majorEastAsia"/>
          <w:lang w:eastAsia="ja-JP"/>
        </w:rPr>
        <w:t>・連携の目的、意義、期待される効果</w:t>
      </w:r>
    </w:p>
    <w:p w:rsidR="00A84D8E" w:rsidRDefault="00A84D8E" w:rsidP="00A84D8E">
      <w:pPr>
        <w:pStyle w:val="a9"/>
        <w:rPr>
          <w:rFonts w:asciiTheme="majorEastAsia" w:eastAsiaTheme="majorEastAsia" w:hAnsiTheme="majorEastAsia"/>
          <w:lang w:eastAsia="ja-JP"/>
        </w:rPr>
      </w:pPr>
    </w:p>
    <w:p w:rsidR="00A84D8E" w:rsidRPr="00A84D8E" w:rsidRDefault="00F5124F" w:rsidP="00A84D8E">
      <w:pPr>
        <w:pStyle w:val="a9"/>
        <w:rPr>
          <w:rFonts w:asciiTheme="majorEastAsia" w:eastAsiaTheme="majorEastAsia" w:hAnsiTheme="majorEastAsia"/>
          <w:b/>
          <w:lang w:eastAsia="ja-JP"/>
        </w:rPr>
      </w:pPr>
      <w:r w:rsidRPr="00A84D8E">
        <w:rPr>
          <w:rFonts w:asciiTheme="majorEastAsia" w:eastAsiaTheme="majorEastAsia" w:hAnsiTheme="majorEastAsia"/>
          <w:lang w:eastAsia="ja-JP"/>
        </w:rPr>
        <w:br/>
      </w:r>
      <w:r w:rsidR="00A84D8E" w:rsidRPr="00A84D8E">
        <w:rPr>
          <w:rFonts w:asciiTheme="majorEastAsia" w:eastAsiaTheme="majorEastAsia" w:hAnsiTheme="majorEastAsia" w:hint="eastAsia"/>
          <w:b/>
          <w:lang w:eastAsia="ja-JP"/>
        </w:rPr>
        <w:t>４</w:t>
      </w:r>
      <w:r w:rsidR="00A84D8E" w:rsidRPr="00A84D8E">
        <w:rPr>
          <w:rFonts w:asciiTheme="majorEastAsia" w:eastAsiaTheme="majorEastAsia" w:hAnsiTheme="majorEastAsia"/>
          <w:b/>
          <w:lang w:eastAsia="ja-JP"/>
        </w:rPr>
        <w:t>.</w:t>
      </w:r>
      <w:r w:rsidR="00A84D8E" w:rsidRPr="00A84D8E">
        <w:rPr>
          <w:rFonts w:asciiTheme="majorEastAsia" w:eastAsiaTheme="majorEastAsia" w:hAnsiTheme="majorEastAsia" w:hint="eastAsia"/>
          <w:b/>
          <w:lang w:eastAsia="ja-JP"/>
        </w:rPr>
        <w:t>その他特記事項</w:t>
      </w:r>
    </w:p>
    <w:p w:rsidR="00F5124F" w:rsidRPr="00A84D8E" w:rsidRDefault="002E5D0B" w:rsidP="00A84D8E">
      <w:pPr>
        <w:pStyle w:val="a9"/>
        <w:rPr>
          <w:rFonts w:asciiTheme="majorEastAsia" w:eastAsiaTheme="majorEastAsia" w:hAnsiTheme="majorEastAsia"/>
          <w:lang w:eastAsia="ja-JP"/>
        </w:rPr>
      </w:pPr>
      <w:r>
        <w:rPr>
          <w:rFonts w:asciiTheme="majorEastAsia" w:eastAsiaTheme="majorEastAsia" w:hAnsiTheme="majorEastAsia" w:hint="eastAsia"/>
          <w:lang w:eastAsia="ja-JP"/>
        </w:rPr>
        <w:t>補足すべき点</w:t>
      </w:r>
      <w:r w:rsidR="00A84D8E" w:rsidRPr="00A84D8E">
        <w:rPr>
          <w:rFonts w:asciiTheme="majorEastAsia" w:eastAsiaTheme="majorEastAsia" w:hAnsiTheme="majorEastAsia" w:hint="eastAsia"/>
          <w:lang w:eastAsia="ja-JP"/>
        </w:rPr>
        <w:t>などがあればご記入ください。</w:t>
      </w:r>
    </w:p>
    <w:sectPr w:rsidR="00F5124F" w:rsidRPr="00A84D8E" w:rsidSect="00034616">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6307" w:rsidRDefault="00276307" w:rsidP="00FB29CA">
      <w:pPr>
        <w:spacing w:after="0" w:line="240" w:lineRule="auto"/>
      </w:pPr>
      <w:r>
        <w:separator/>
      </w:r>
    </w:p>
  </w:endnote>
  <w:endnote w:type="continuationSeparator" w:id="1">
    <w:p w:rsidR="00276307" w:rsidRDefault="00276307" w:rsidP="00FB29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6307" w:rsidRDefault="00276307" w:rsidP="00FB29CA">
      <w:pPr>
        <w:spacing w:after="0" w:line="240" w:lineRule="auto"/>
      </w:pPr>
      <w:r>
        <w:separator/>
      </w:r>
    </w:p>
  </w:footnote>
  <w:footnote w:type="continuationSeparator" w:id="1">
    <w:p w:rsidR="00276307" w:rsidRDefault="00276307" w:rsidP="00FB29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6146">
      <v:textbox inset="5.85pt,.7pt,5.85pt,.7pt"/>
    </o:shapedefaults>
  </w:hdrShapeDefaults>
  <w:footnotePr>
    <w:footnote w:id="0"/>
    <w:footnote w:id="1"/>
  </w:footnotePr>
  <w:endnotePr>
    <w:endnote w:id="0"/>
    <w:endnote w:id="1"/>
  </w:endnotePr>
  <w:compat>
    <w:useFELayout/>
  </w:compat>
  <w:rsids>
    <w:rsidRoot w:val="00B47730"/>
    <w:rsid w:val="00034616"/>
    <w:rsid w:val="0006063C"/>
    <w:rsid w:val="0015074B"/>
    <w:rsid w:val="00276307"/>
    <w:rsid w:val="0029639D"/>
    <w:rsid w:val="002E5D0B"/>
    <w:rsid w:val="00326F90"/>
    <w:rsid w:val="003C3B6F"/>
    <w:rsid w:val="008D4EED"/>
    <w:rsid w:val="00A84D8E"/>
    <w:rsid w:val="00AA1D8D"/>
    <w:rsid w:val="00B47730"/>
    <w:rsid w:val="00CB0664"/>
    <w:rsid w:val="00E66A8E"/>
    <w:rsid w:val="00EC4C70"/>
    <w:rsid w:val="00F5124F"/>
    <w:rsid w:val="00FB29CA"/>
    <w:rsid w:val="00FC693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84D8E"/>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54</Words>
  <Characters>310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363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create</cp:lastModifiedBy>
  <cp:revision>5</cp:revision>
  <cp:lastPrinted>2025-09-12T07:04:00Z</cp:lastPrinted>
  <dcterms:created xsi:type="dcterms:W3CDTF">2013-12-23T23:15:00Z</dcterms:created>
  <dcterms:modified xsi:type="dcterms:W3CDTF">2026-08-25T00:48:00Z</dcterms:modified>
  <cp:category/>
</cp:coreProperties>
</file>